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הרגשות שלי מול שינויים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שעולים כשמשהו בעולם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להתמודד עם דאגה ולהרגיש יציבים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מה שבשליטתנו למה שלא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-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בבוקר סיפרה לאבא שלה, והוא 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לשים לב אליו ולתת לו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להקים עם חברות פינת צמחים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הקשיב בלי למהר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- קריאה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כי עשייה מחזירה תחושת כוח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אפשר להרגיש כמה רגשות יחד, וגם כוח יכול לגדול לצד דאגה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הרגשות לגיטימיים, כולל דאגה ובלבול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מציע להיעזר בכוחות שלנו, ולפעמים זה כולל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חוסן אפשר לחזק, כמו שמיה עשתה כשפעלה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שקרה למיה כשהקימה פינת צמחים עם 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ממליץ לשים לב לרגש ולתת לו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בשליטתי או לא בשליטתי?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(בשליטתי)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(לא בשליטתי)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(בשליטתי)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(לא בשליטתי)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(בשליטתי)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(לא בשליטתי)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✍️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פינת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🐙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לא חובה לשתף; לבדוק שהתלמיד זיהה דרך התמודדות אחת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פעולה קונקרטית וזמן ביצוע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לדבר על עובדות, להזכיר גם דברים טובים שעושים, להציע פעולה אפשרית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לרגש ולתת לו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מהרשימה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כל הרגשות לגיטימיים וזיהוי שלהם עוזר להתמודד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רגשות שעולים מחדשות, בלי לדרוש שיתוף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שקט לכתיבה במשימת המעמקים ולהדגיש שהיא פרטית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בפעילות קבוצתית קצרה של בניית רעיון למעשה טוב משותף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הרגשות שלי מול שינויים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כשקוראים או שומעים על שינויים בעולם, טבעי להרגיש דאגה, בלבול או סקרנות. בדף הזה נתרגל לזהות רגשות ולמצוא דרכים טובות להתמודד איתם.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☀️ פני המים -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עשתה מיה כשהיה לה קשה להירדם?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שמרה הכול בסוד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ראתה עוד כתבות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בבוקר סיפרה לאבא שלה, והוא 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עזבה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כדאי לעשות קודם כול עם רגש,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 אליו ולתת לו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החליטה מיה לעשות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להקים עם חברות פינת צמחים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להפסיק ללכת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לדבר על זה יותר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מכתב לעיתון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אבא של מיה עשה כששמע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מיהר לענות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הקשיב בלי למהר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אמר לה לא לדאוג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יצא מהחדר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🌊 מתחת למים - קריאה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התמקדות במה שבשליטתנו עוזרת להרגיש טוב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גורמת לבעיה להיעלם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אז לא צריך לדבר עם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כך אפשר לשכוח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עשייה מחזירה תחושת כוח ותקווה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המשפט שדאגה נשארה אבל כוח התווסף לצידה?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להרגיש כמה רגשות יחד, וגם כוח יכול לגדול לצד דאגה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מיה כבר לא מרגישה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דאגה תמיד נעלמת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 ודאגה לא יכולים להיות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רגשות שאסור להרגיש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לקחת הפסקה מחדשות כשהן מכבידות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הוא תכונה שנולדים איתה ואי אפשר לחזק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עשייה משותפת עם אחרים יכולה לתת תקווה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להתעלם מהרגש ולא לתת לו 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🧺 בשליטתי או לא בשליטתי?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לחסוך מים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בשליטתי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כמה גשם ירד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בשליטתי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לבחור עם מי לשתף את מה שאני מרגיש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בשליטתי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יכתבו בחדשות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בשליטתי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לשתול צמח בפינת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בשליטתי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מזג האוויר במדינה רחוקה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לא בשליטתי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✍️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כשמשהו בעולם משתנה, טבעי להרגיש __________, דאגה, סקרנות או רצון לפעול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כדאי לשים לב לרגש ולתת לו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מיה החליטה להקים עם חברות __________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אנחנו לא יכולים לשנות את מזג האוויר, אבל יכולים לחסוך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שמזהים רגש, אפשר להיעזר ב__________ שלנו: לשתף, לנשום, לזוז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עוזר לכם להירגע כשמשהו מדאיג אתכם - נשימה, תנועה, שיחה, יצירה או משהו אחר? כתבו 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מעשה טוב קטן אחד שתוכלו לעשות השבוע למען הסביבה או למען מישהו אחר. מתי ואיך תעשו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שלושה כללים לשיחה על שינויים בעולם שנותנת מידע אמיתי וגם שומרת על תקווה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כדאי לעשות קודם כול כשמרגישים רגש חזק?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שבשליטתנו ודבר אחד שלא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לזכור שרגשות אסור לדכא, אלא לתת להם מקום?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הרגשות שלי מול שינויים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